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AB8802" w14:textId="3017E77E" w:rsidR="00E64AB1" w:rsidRDefault="00E970F7">
      <w:r>
        <w:rPr>
          <w:noProof/>
        </w:rPr>
        <w:drawing>
          <wp:inline distT="0" distB="0" distL="0" distR="0" wp14:anchorId="20188ECA" wp14:editId="4F6E8430">
            <wp:extent cx="6188710" cy="2215515"/>
            <wp:effectExtent l="0" t="0" r="0" b="0"/>
            <wp:docPr id="2063364385"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364385" name="Bildobjekt 2063364385"/>
                    <pic:cNvPicPr/>
                  </pic:nvPicPr>
                  <pic:blipFill>
                    <a:blip r:embed="rId8"/>
                    <a:stretch>
                      <a:fillRect/>
                    </a:stretch>
                  </pic:blipFill>
                  <pic:spPr>
                    <a:xfrm>
                      <a:off x="0" y="0"/>
                      <a:ext cx="6188710" cy="2215515"/>
                    </a:xfrm>
                    <a:prstGeom prst="rect">
                      <a:avLst/>
                    </a:prstGeom>
                  </pic:spPr>
                </pic:pic>
              </a:graphicData>
            </a:graphic>
          </wp:inline>
        </w:drawing>
      </w:r>
    </w:p>
    <w:p w14:paraId="318D8CFE" w14:textId="77777777" w:rsidR="00E64AB1" w:rsidRDefault="00000000">
      <w:pPr>
        <w:spacing w:before="280" w:after="100"/>
      </w:pPr>
      <w:r>
        <w:rPr>
          <w:b/>
          <w:sz w:val="28"/>
        </w:rPr>
        <w:t xml:space="preserve">1. </w:t>
      </w:r>
      <w:proofErr w:type="spellStart"/>
      <w:r>
        <w:rPr>
          <w:b/>
          <w:sz w:val="28"/>
        </w:rPr>
        <w:t>Företagsinformation</w:t>
      </w:r>
      <w:proofErr w:type="spellEnd"/>
    </w:p>
    <w:p w14:paraId="1E66C511" w14:textId="77777777" w:rsidR="00E64AB1" w:rsidRDefault="00000000">
      <w:pPr>
        <w:spacing w:after="40"/>
      </w:pPr>
      <w:r>
        <w:rPr>
          <w:b/>
        </w:rPr>
        <w:t>Företagsnamn:</w:t>
      </w:r>
    </w:p>
    <w:p w14:paraId="67A2DA04" w14:textId="77777777" w:rsidR="00E64AB1" w:rsidRDefault="00000000">
      <w:pPr>
        <w:spacing w:after="20"/>
      </w:pPr>
      <w:r>
        <w:t>________________________________________________________________________________</w:t>
      </w:r>
    </w:p>
    <w:p w14:paraId="6D92B82C" w14:textId="77777777" w:rsidR="00E64AB1" w:rsidRDefault="00000000">
      <w:pPr>
        <w:spacing w:after="40"/>
      </w:pPr>
      <w:r>
        <w:rPr>
          <w:b/>
        </w:rPr>
        <w:t>Kontaktperson:</w:t>
      </w:r>
    </w:p>
    <w:p w14:paraId="30B05F54" w14:textId="77777777" w:rsidR="00E64AB1" w:rsidRDefault="00000000">
      <w:pPr>
        <w:spacing w:after="20"/>
      </w:pPr>
      <w:r>
        <w:t>________________________________________________________________________________</w:t>
      </w:r>
    </w:p>
    <w:p w14:paraId="7945F034" w14:textId="77777777" w:rsidR="00E64AB1" w:rsidRDefault="00000000">
      <w:pPr>
        <w:spacing w:after="40"/>
      </w:pPr>
      <w:r>
        <w:rPr>
          <w:b/>
        </w:rPr>
        <w:t>Email:</w:t>
      </w:r>
    </w:p>
    <w:p w14:paraId="0B1D012A" w14:textId="77777777" w:rsidR="00E64AB1" w:rsidRDefault="00000000">
      <w:pPr>
        <w:spacing w:after="20"/>
      </w:pPr>
      <w:r>
        <w:t>________________________________________________________________________________</w:t>
      </w:r>
    </w:p>
    <w:p w14:paraId="72C26EEA" w14:textId="77777777" w:rsidR="00E64AB1" w:rsidRDefault="00000000">
      <w:pPr>
        <w:spacing w:after="40"/>
      </w:pPr>
      <w:r>
        <w:rPr>
          <w:b/>
        </w:rPr>
        <w:t>Telefon:</w:t>
      </w:r>
    </w:p>
    <w:p w14:paraId="2825EBDD" w14:textId="77777777" w:rsidR="00E64AB1" w:rsidRDefault="00000000">
      <w:pPr>
        <w:spacing w:after="20"/>
      </w:pPr>
      <w:r>
        <w:t>________________________________________________________________________________</w:t>
      </w:r>
    </w:p>
    <w:p w14:paraId="51D6437E" w14:textId="5123B284" w:rsidR="00E64AB1" w:rsidRDefault="00C3788B">
      <w:pPr>
        <w:spacing w:after="40"/>
      </w:pPr>
      <w:proofErr w:type="spellStart"/>
      <w:r>
        <w:rPr>
          <w:b/>
        </w:rPr>
        <w:t>Hemsida</w:t>
      </w:r>
      <w:proofErr w:type="spellEnd"/>
      <w:r w:rsidR="00000000">
        <w:rPr>
          <w:b/>
        </w:rPr>
        <w:t>:</w:t>
      </w:r>
    </w:p>
    <w:p w14:paraId="23E81A2F" w14:textId="77777777" w:rsidR="00E64AB1" w:rsidRDefault="00000000">
      <w:pPr>
        <w:spacing w:after="20"/>
      </w:pPr>
      <w:r>
        <w:t>________________________________________________________________________________</w:t>
      </w:r>
    </w:p>
    <w:p w14:paraId="1A4135A6" w14:textId="77777777" w:rsidR="00E64AB1" w:rsidRDefault="00000000">
      <w:pPr>
        <w:spacing w:after="40"/>
      </w:pPr>
      <w:r>
        <w:rPr>
          <w:b/>
        </w:rPr>
        <w:t>Adress:</w:t>
      </w:r>
      <w:r>
        <w:rPr>
          <w:i/>
          <w:sz w:val="18"/>
        </w:rPr>
        <w:br/>
        <w:t>(för att veta om skånsk)</w:t>
      </w:r>
    </w:p>
    <w:p w14:paraId="52B3DA19" w14:textId="77777777" w:rsidR="00E64AB1" w:rsidRDefault="00000000">
      <w:pPr>
        <w:spacing w:after="20"/>
      </w:pPr>
      <w:r>
        <w:t>________________________________________________________________________________</w:t>
      </w:r>
    </w:p>
    <w:p w14:paraId="58C2E525" w14:textId="77777777" w:rsidR="00E64AB1" w:rsidRDefault="00000000">
      <w:pPr>
        <w:spacing w:before="280" w:after="100"/>
      </w:pPr>
      <w:r>
        <w:rPr>
          <w:b/>
          <w:sz w:val="28"/>
        </w:rPr>
        <w:t>2. Produktnamn</w:t>
      </w:r>
    </w:p>
    <w:p w14:paraId="47DDA424" w14:textId="77777777" w:rsidR="00E64AB1" w:rsidRDefault="00000000">
      <w:r>
        <w:rPr>
          <w:i/>
          <w:sz w:val="18"/>
        </w:rPr>
        <w:t>(för navigering i ärendehanteringssystem?)</w:t>
      </w:r>
    </w:p>
    <w:p w14:paraId="1CEEE1E8" w14:textId="77777777" w:rsidR="00E64AB1" w:rsidRDefault="00000000">
      <w:pPr>
        <w:spacing w:before="120" w:after="60"/>
      </w:pPr>
      <w:r>
        <w:rPr>
          <w:b/>
        </w:rPr>
        <w:t>Produktnamn:</w:t>
      </w:r>
    </w:p>
    <w:tbl>
      <w:tblPr>
        <w:tblW w:w="0" w:type="auto"/>
        <w:jc w:val="center"/>
        <w:tblLayout w:type="fixed"/>
        <w:tblLook w:val="04A0" w:firstRow="1" w:lastRow="0" w:firstColumn="1" w:lastColumn="0" w:noHBand="0" w:noVBand="1"/>
      </w:tblPr>
      <w:tblGrid>
        <w:gridCol w:w="9354"/>
      </w:tblGrid>
      <w:tr w:rsidR="00E64AB1" w14:paraId="7A676084" w14:textId="77777777">
        <w:trPr>
          <w:jc w:val="center"/>
        </w:trPr>
        <w:tc>
          <w:tcPr>
            <w:tcW w:w="9354" w:type="dxa"/>
            <w:tcBorders>
              <w:top w:val="single" w:sz="5" w:space="0" w:color="A6A6A6"/>
              <w:left w:val="single" w:sz="5" w:space="0" w:color="A6A6A6"/>
              <w:bottom w:val="single" w:sz="5" w:space="0" w:color="A6A6A6"/>
              <w:right w:val="single" w:sz="5" w:space="0" w:color="A6A6A6"/>
            </w:tcBorders>
          </w:tcPr>
          <w:p w14:paraId="135D392E" w14:textId="77777777" w:rsidR="00E64AB1" w:rsidRDefault="00000000">
            <w:r>
              <w:rPr>
                <w:i/>
                <w:sz w:val="18"/>
              </w:rPr>
              <w:t>Plats för svar</w:t>
            </w:r>
          </w:p>
        </w:tc>
      </w:tr>
    </w:tbl>
    <w:p w14:paraId="6AEE9ABE" w14:textId="77777777" w:rsidR="00E64AB1" w:rsidRDefault="00E64AB1">
      <w:pPr>
        <w:spacing w:after="20"/>
      </w:pPr>
    </w:p>
    <w:p w14:paraId="5EB34F5A" w14:textId="349D1ABC" w:rsidR="00E64AB1" w:rsidRDefault="00000000">
      <w:pPr>
        <w:spacing w:before="280" w:after="100"/>
      </w:pPr>
      <w:r>
        <w:rPr>
          <w:b/>
          <w:sz w:val="28"/>
        </w:rPr>
        <w:t xml:space="preserve">3. Vad </w:t>
      </w:r>
      <w:proofErr w:type="spellStart"/>
      <w:r>
        <w:rPr>
          <w:b/>
          <w:sz w:val="28"/>
        </w:rPr>
        <w:t>har</w:t>
      </w:r>
      <w:proofErr w:type="spellEnd"/>
      <w:r>
        <w:rPr>
          <w:b/>
          <w:sz w:val="28"/>
        </w:rPr>
        <w:t xml:space="preserve"> </w:t>
      </w:r>
      <w:proofErr w:type="spellStart"/>
      <w:r w:rsidR="00716551">
        <w:rPr>
          <w:b/>
          <w:sz w:val="28"/>
        </w:rPr>
        <w:t>n</w:t>
      </w:r>
      <w:r>
        <w:rPr>
          <w:b/>
          <w:sz w:val="28"/>
        </w:rPr>
        <w:t>i</w:t>
      </w:r>
      <w:proofErr w:type="spellEnd"/>
      <w:r>
        <w:rPr>
          <w:b/>
          <w:sz w:val="28"/>
        </w:rPr>
        <w:t xml:space="preserve"> för </w:t>
      </w:r>
      <w:proofErr w:type="spellStart"/>
      <w:r>
        <w:rPr>
          <w:b/>
          <w:sz w:val="28"/>
        </w:rPr>
        <w:t>produkt</w:t>
      </w:r>
      <w:proofErr w:type="spellEnd"/>
      <w:r>
        <w:rPr>
          <w:b/>
          <w:sz w:val="28"/>
        </w:rPr>
        <w:t>/</w:t>
      </w:r>
      <w:proofErr w:type="spellStart"/>
      <w:r>
        <w:rPr>
          <w:b/>
          <w:sz w:val="28"/>
        </w:rPr>
        <w:t>indikation</w:t>
      </w:r>
      <w:proofErr w:type="spellEnd"/>
      <w:r>
        <w:rPr>
          <w:b/>
          <w:sz w:val="28"/>
        </w:rPr>
        <w:t>/</w:t>
      </w:r>
      <w:proofErr w:type="spellStart"/>
      <w:r>
        <w:rPr>
          <w:b/>
          <w:sz w:val="28"/>
        </w:rPr>
        <w:t>avsett</w:t>
      </w:r>
      <w:proofErr w:type="spellEnd"/>
      <w:r>
        <w:rPr>
          <w:b/>
          <w:sz w:val="28"/>
        </w:rPr>
        <w:t xml:space="preserve"> </w:t>
      </w:r>
      <w:proofErr w:type="spellStart"/>
      <w:r>
        <w:rPr>
          <w:b/>
          <w:sz w:val="28"/>
        </w:rPr>
        <w:t>ändamål</w:t>
      </w:r>
      <w:proofErr w:type="spellEnd"/>
    </w:p>
    <w:p w14:paraId="0AD48FF6" w14:textId="77777777" w:rsidR="00E64AB1" w:rsidRDefault="00000000">
      <w:pPr>
        <w:spacing w:before="120" w:after="60"/>
      </w:pPr>
      <w:proofErr w:type="spellStart"/>
      <w:r>
        <w:rPr>
          <w:b/>
        </w:rPr>
        <w:t>Beskrivning</w:t>
      </w:r>
      <w:proofErr w:type="spellEnd"/>
      <w:r>
        <w:rPr>
          <w:b/>
        </w:rPr>
        <w:t>:</w:t>
      </w:r>
    </w:p>
    <w:tbl>
      <w:tblPr>
        <w:tblW w:w="0" w:type="auto"/>
        <w:jc w:val="center"/>
        <w:tblLayout w:type="fixed"/>
        <w:tblLook w:val="04A0" w:firstRow="1" w:lastRow="0" w:firstColumn="1" w:lastColumn="0" w:noHBand="0" w:noVBand="1"/>
      </w:tblPr>
      <w:tblGrid>
        <w:gridCol w:w="9354"/>
      </w:tblGrid>
      <w:tr w:rsidR="00E64AB1" w14:paraId="76C689FC" w14:textId="77777777">
        <w:trPr>
          <w:jc w:val="center"/>
        </w:trPr>
        <w:tc>
          <w:tcPr>
            <w:tcW w:w="9354" w:type="dxa"/>
            <w:tcBorders>
              <w:top w:val="single" w:sz="5" w:space="0" w:color="A6A6A6"/>
              <w:left w:val="single" w:sz="5" w:space="0" w:color="A6A6A6"/>
              <w:bottom w:val="single" w:sz="5" w:space="0" w:color="A6A6A6"/>
              <w:right w:val="single" w:sz="5" w:space="0" w:color="A6A6A6"/>
            </w:tcBorders>
          </w:tcPr>
          <w:p w14:paraId="17A38233" w14:textId="291AE393" w:rsidR="00716551" w:rsidRPr="00716551" w:rsidRDefault="00000000">
            <w:pPr>
              <w:rPr>
                <w:i/>
                <w:sz w:val="18"/>
              </w:rPr>
            </w:pPr>
            <w:r>
              <w:rPr>
                <w:i/>
                <w:sz w:val="18"/>
              </w:rPr>
              <w:t xml:space="preserve">Plats för </w:t>
            </w:r>
            <w:proofErr w:type="spellStart"/>
            <w:r>
              <w:rPr>
                <w:i/>
                <w:sz w:val="18"/>
              </w:rPr>
              <w:t>svar</w:t>
            </w:r>
            <w:proofErr w:type="spellEnd"/>
          </w:p>
        </w:tc>
      </w:tr>
    </w:tbl>
    <w:p w14:paraId="39A86FE0" w14:textId="77777777" w:rsidR="00E64AB1" w:rsidRDefault="00E64AB1">
      <w:pPr>
        <w:spacing w:after="20"/>
      </w:pPr>
    </w:p>
    <w:p w14:paraId="0DD8AA70" w14:textId="77777777" w:rsidR="00E64AB1" w:rsidRDefault="00000000">
      <w:r>
        <w:rPr>
          <w:b/>
        </w:rPr>
        <w:t xml:space="preserve">Bilaga: </w:t>
      </w:r>
      <w:r>
        <w:t>Ni kan bifoga en presentation av er produkt.</w:t>
      </w:r>
    </w:p>
    <w:p w14:paraId="4C0F37CB" w14:textId="0C833DA0" w:rsidR="00E64AB1" w:rsidRDefault="00000000">
      <w:pPr>
        <w:spacing w:before="280" w:after="100"/>
      </w:pPr>
      <w:r>
        <w:rPr>
          <w:b/>
          <w:sz w:val="28"/>
        </w:rPr>
        <w:lastRenderedPageBreak/>
        <w:t xml:space="preserve">4. Vad </w:t>
      </w:r>
      <w:proofErr w:type="spellStart"/>
      <w:r>
        <w:rPr>
          <w:b/>
          <w:sz w:val="28"/>
        </w:rPr>
        <w:t>är</w:t>
      </w:r>
      <w:proofErr w:type="spellEnd"/>
      <w:r>
        <w:rPr>
          <w:b/>
          <w:sz w:val="28"/>
        </w:rPr>
        <w:t xml:space="preserve"> </w:t>
      </w:r>
      <w:r w:rsidR="00716551">
        <w:rPr>
          <w:b/>
          <w:sz w:val="28"/>
        </w:rPr>
        <w:t>e</w:t>
      </w:r>
      <w:r>
        <w:rPr>
          <w:b/>
          <w:sz w:val="28"/>
        </w:rPr>
        <w:t xml:space="preserve">r </w:t>
      </w:r>
      <w:proofErr w:type="spellStart"/>
      <w:r>
        <w:rPr>
          <w:b/>
          <w:sz w:val="28"/>
        </w:rPr>
        <w:t>fråga</w:t>
      </w:r>
      <w:proofErr w:type="spellEnd"/>
      <w:r>
        <w:rPr>
          <w:b/>
          <w:sz w:val="28"/>
        </w:rPr>
        <w:t>/</w:t>
      </w:r>
      <w:proofErr w:type="spellStart"/>
      <w:r>
        <w:rPr>
          <w:b/>
          <w:sz w:val="28"/>
        </w:rPr>
        <w:t>behov</w:t>
      </w:r>
      <w:proofErr w:type="spellEnd"/>
      <w:r>
        <w:rPr>
          <w:b/>
          <w:sz w:val="28"/>
        </w:rPr>
        <w:t>/</w:t>
      </w:r>
      <w:proofErr w:type="spellStart"/>
      <w:r>
        <w:rPr>
          <w:b/>
          <w:sz w:val="28"/>
        </w:rPr>
        <w:t>typ</w:t>
      </w:r>
      <w:proofErr w:type="spellEnd"/>
      <w:r>
        <w:rPr>
          <w:b/>
          <w:sz w:val="28"/>
        </w:rPr>
        <w:t xml:space="preserve"> av </w:t>
      </w:r>
      <w:proofErr w:type="spellStart"/>
      <w:r>
        <w:rPr>
          <w:b/>
          <w:sz w:val="28"/>
        </w:rPr>
        <w:t>tjänst</w:t>
      </w:r>
      <w:proofErr w:type="spellEnd"/>
      <w:r>
        <w:rPr>
          <w:b/>
          <w:sz w:val="28"/>
        </w:rPr>
        <w:t xml:space="preserve"> </w:t>
      </w:r>
      <w:proofErr w:type="spellStart"/>
      <w:r>
        <w:rPr>
          <w:b/>
          <w:sz w:val="28"/>
        </w:rPr>
        <w:t>ni</w:t>
      </w:r>
      <w:proofErr w:type="spellEnd"/>
      <w:r>
        <w:rPr>
          <w:b/>
          <w:sz w:val="28"/>
        </w:rPr>
        <w:t xml:space="preserve"> </w:t>
      </w:r>
      <w:proofErr w:type="spellStart"/>
      <w:r>
        <w:rPr>
          <w:b/>
          <w:sz w:val="28"/>
        </w:rPr>
        <w:t>efterfrågar</w:t>
      </w:r>
      <w:proofErr w:type="spellEnd"/>
      <w:r>
        <w:rPr>
          <w:b/>
          <w:sz w:val="28"/>
        </w:rPr>
        <w:t>?</w:t>
      </w:r>
    </w:p>
    <w:p w14:paraId="7EDC4DEB" w14:textId="77777777" w:rsidR="00E64AB1" w:rsidRDefault="00000000">
      <w:proofErr w:type="spellStart"/>
      <w:r>
        <w:t>Beskriv</w:t>
      </w:r>
      <w:proofErr w:type="spellEnd"/>
      <w:r>
        <w:t xml:space="preserve"> </w:t>
      </w:r>
      <w:proofErr w:type="spellStart"/>
      <w:r>
        <w:t>så</w:t>
      </w:r>
      <w:proofErr w:type="spellEnd"/>
      <w:r>
        <w:t xml:space="preserve"> </w:t>
      </w:r>
      <w:proofErr w:type="spellStart"/>
      <w:r>
        <w:t>utförligt</w:t>
      </w:r>
      <w:proofErr w:type="spellEnd"/>
      <w:r>
        <w:t xml:space="preserve"> </w:t>
      </w:r>
      <w:proofErr w:type="spellStart"/>
      <w:r>
        <w:t>som</w:t>
      </w:r>
      <w:proofErr w:type="spellEnd"/>
      <w:r>
        <w:t xml:space="preserve"> möjligt kring hur ni vill utföra testerna, vilka resurser som kommer att behövas, hur testerna ska utföras, samt vad det är för typ av resultat ni vill ha ut av testerna. Om ni har behov av flera tester, vänligen beskriv dem var för sig och gör en prioriteringsordning kring vilken som är viktigast.</w:t>
      </w:r>
    </w:p>
    <w:p w14:paraId="64A63524" w14:textId="77777777" w:rsidR="00E64AB1" w:rsidRDefault="00000000">
      <w:r>
        <w:rPr>
          <w:i/>
        </w:rPr>
        <w:t>Om ni har ett färdigt testprotokoll, vänligen bifoga det till ansökan.</w:t>
      </w:r>
    </w:p>
    <w:p w14:paraId="5751A12F" w14:textId="77777777" w:rsidR="00E64AB1" w:rsidRDefault="00000000">
      <w:proofErr w:type="spellStart"/>
      <w:r>
        <w:rPr>
          <w:b/>
        </w:rPr>
        <w:t>Exempelvis</w:t>
      </w:r>
      <w:proofErr w:type="spellEnd"/>
      <w:r>
        <w:rPr>
          <w:b/>
        </w:rPr>
        <w:t>:</w:t>
      </w:r>
    </w:p>
    <w:p w14:paraId="71A1729F" w14:textId="77777777" w:rsidR="00E64AB1" w:rsidRDefault="00000000">
      <w:r>
        <w:t xml:space="preserve">☐ </w:t>
      </w:r>
      <w:proofErr w:type="spellStart"/>
      <w:r>
        <w:t>Navigering</w:t>
      </w:r>
      <w:proofErr w:type="spellEnd"/>
      <w:r>
        <w:t xml:space="preserve"> av </w:t>
      </w:r>
      <w:proofErr w:type="spellStart"/>
      <w:r>
        <w:t>sjukvårdssystemet</w:t>
      </w:r>
      <w:proofErr w:type="spellEnd"/>
    </w:p>
    <w:p w14:paraId="59B722D7" w14:textId="77777777" w:rsidR="00E64AB1" w:rsidRDefault="00000000">
      <w:r>
        <w:t>☐ Expertdialog</w:t>
      </w:r>
    </w:p>
    <w:p w14:paraId="61C06D4B" w14:textId="77777777" w:rsidR="00E64AB1" w:rsidRDefault="00000000">
      <w:r>
        <w:t>☐ Tillgänglighetsanalys</w:t>
      </w:r>
    </w:p>
    <w:p w14:paraId="2E2DB242" w14:textId="77777777" w:rsidR="00E64AB1" w:rsidRDefault="00000000">
      <w:r>
        <w:t>☐ Workshop med sjukvårdsrepresentanter</w:t>
      </w:r>
    </w:p>
    <w:p w14:paraId="2A1C69EA" w14:textId="77777777" w:rsidR="00E64AB1" w:rsidRDefault="00000000">
      <w:r>
        <w:t>☐ Användbarhetstester</w:t>
      </w:r>
    </w:p>
    <w:p w14:paraId="1F180AFB" w14:textId="77777777" w:rsidR="00E64AB1" w:rsidRDefault="00000000">
      <w:r>
        <w:t>☐ Kliniskprövning /prestandastudier</w:t>
      </w:r>
    </w:p>
    <w:p w14:paraId="7869F1E8" w14:textId="77777777" w:rsidR="00E64AB1" w:rsidRDefault="00000000">
      <w:pPr>
        <w:spacing w:before="120" w:after="60"/>
      </w:pPr>
      <w:proofErr w:type="spellStart"/>
      <w:r>
        <w:rPr>
          <w:b/>
        </w:rPr>
        <w:t>Bakgrund</w:t>
      </w:r>
      <w:proofErr w:type="spellEnd"/>
      <w:r>
        <w:rPr>
          <w:b/>
        </w:rPr>
        <w:t xml:space="preserve"> till </w:t>
      </w:r>
      <w:proofErr w:type="spellStart"/>
      <w:r>
        <w:rPr>
          <w:b/>
        </w:rPr>
        <w:t>förfrågan</w:t>
      </w:r>
      <w:proofErr w:type="spellEnd"/>
      <w:r>
        <w:rPr>
          <w:b/>
        </w:rPr>
        <w:t>:</w:t>
      </w:r>
    </w:p>
    <w:tbl>
      <w:tblPr>
        <w:tblW w:w="0" w:type="auto"/>
        <w:jc w:val="center"/>
        <w:tblLayout w:type="fixed"/>
        <w:tblLook w:val="04A0" w:firstRow="1" w:lastRow="0" w:firstColumn="1" w:lastColumn="0" w:noHBand="0" w:noVBand="1"/>
      </w:tblPr>
      <w:tblGrid>
        <w:gridCol w:w="9354"/>
      </w:tblGrid>
      <w:tr w:rsidR="00E64AB1" w14:paraId="2381B5A9" w14:textId="77777777">
        <w:trPr>
          <w:jc w:val="center"/>
        </w:trPr>
        <w:tc>
          <w:tcPr>
            <w:tcW w:w="9354" w:type="dxa"/>
            <w:tcBorders>
              <w:top w:val="single" w:sz="5" w:space="0" w:color="A6A6A6"/>
              <w:left w:val="single" w:sz="5" w:space="0" w:color="A6A6A6"/>
              <w:bottom w:val="single" w:sz="5" w:space="0" w:color="A6A6A6"/>
              <w:right w:val="single" w:sz="5" w:space="0" w:color="A6A6A6"/>
            </w:tcBorders>
          </w:tcPr>
          <w:p w14:paraId="1372505D" w14:textId="77777777" w:rsidR="00E64AB1" w:rsidRDefault="00000000">
            <w:r>
              <w:rPr>
                <w:i/>
                <w:sz w:val="18"/>
              </w:rPr>
              <w:t xml:space="preserve">Plats för </w:t>
            </w:r>
            <w:proofErr w:type="spellStart"/>
            <w:r>
              <w:rPr>
                <w:i/>
                <w:sz w:val="18"/>
              </w:rPr>
              <w:t>svar</w:t>
            </w:r>
            <w:proofErr w:type="spellEnd"/>
          </w:p>
        </w:tc>
      </w:tr>
    </w:tbl>
    <w:p w14:paraId="4222DEE0" w14:textId="77777777" w:rsidR="00E64AB1" w:rsidRDefault="00E64AB1">
      <w:pPr>
        <w:spacing w:after="20"/>
      </w:pPr>
    </w:p>
    <w:p w14:paraId="4ECCFFFB" w14:textId="77777777" w:rsidR="00E64AB1" w:rsidRDefault="00000000">
      <w:pPr>
        <w:spacing w:before="120" w:after="60"/>
      </w:pPr>
      <w:r>
        <w:rPr>
          <w:b/>
        </w:rPr>
        <w:t>Beskriv er fråga/behov:</w:t>
      </w:r>
    </w:p>
    <w:tbl>
      <w:tblPr>
        <w:tblW w:w="0" w:type="auto"/>
        <w:jc w:val="center"/>
        <w:tblLayout w:type="fixed"/>
        <w:tblLook w:val="04A0" w:firstRow="1" w:lastRow="0" w:firstColumn="1" w:lastColumn="0" w:noHBand="0" w:noVBand="1"/>
      </w:tblPr>
      <w:tblGrid>
        <w:gridCol w:w="9354"/>
      </w:tblGrid>
      <w:tr w:rsidR="00E64AB1" w14:paraId="72528934" w14:textId="77777777">
        <w:trPr>
          <w:jc w:val="center"/>
        </w:trPr>
        <w:tc>
          <w:tcPr>
            <w:tcW w:w="9354" w:type="dxa"/>
            <w:tcBorders>
              <w:top w:val="single" w:sz="5" w:space="0" w:color="A6A6A6"/>
              <w:left w:val="single" w:sz="5" w:space="0" w:color="A6A6A6"/>
              <w:bottom w:val="single" w:sz="5" w:space="0" w:color="A6A6A6"/>
              <w:right w:val="single" w:sz="5" w:space="0" w:color="A6A6A6"/>
            </w:tcBorders>
          </w:tcPr>
          <w:p w14:paraId="29851A66" w14:textId="77777777" w:rsidR="00E64AB1" w:rsidRDefault="00000000">
            <w:r>
              <w:rPr>
                <w:i/>
                <w:sz w:val="18"/>
              </w:rPr>
              <w:t>Plats för svar</w:t>
            </w:r>
          </w:p>
        </w:tc>
      </w:tr>
    </w:tbl>
    <w:p w14:paraId="63667B09" w14:textId="77777777" w:rsidR="00E64AB1" w:rsidRDefault="00E64AB1">
      <w:pPr>
        <w:spacing w:after="20"/>
      </w:pPr>
    </w:p>
    <w:p w14:paraId="6D8AFEBB" w14:textId="77777777" w:rsidR="00E64AB1" w:rsidRDefault="00000000">
      <w:pPr>
        <w:spacing w:before="120" w:after="60"/>
      </w:pPr>
      <w:r>
        <w:rPr>
          <w:b/>
        </w:rPr>
        <w:t>Beskriv hur testerna ska utföras och vilka resurser som kan behövas:</w:t>
      </w:r>
    </w:p>
    <w:tbl>
      <w:tblPr>
        <w:tblW w:w="0" w:type="auto"/>
        <w:jc w:val="center"/>
        <w:tblLayout w:type="fixed"/>
        <w:tblLook w:val="04A0" w:firstRow="1" w:lastRow="0" w:firstColumn="1" w:lastColumn="0" w:noHBand="0" w:noVBand="1"/>
      </w:tblPr>
      <w:tblGrid>
        <w:gridCol w:w="9354"/>
      </w:tblGrid>
      <w:tr w:rsidR="00E64AB1" w14:paraId="2CC4C318" w14:textId="77777777">
        <w:trPr>
          <w:jc w:val="center"/>
        </w:trPr>
        <w:tc>
          <w:tcPr>
            <w:tcW w:w="9354" w:type="dxa"/>
            <w:tcBorders>
              <w:top w:val="single" w:sz="5" w:space="0" w:color="A6A6A6"/>
              <w:left w:val="single" w:sz="5" w:space="0" w:color="A6A6A6"/>
              <w:bottom w:val="single" w:sz="5" w:space="0" w:color="A6A6A6"/>
              <w:right w:val="single" w:sz="5" w:space="0" w:color="A6A6A6"/>
            </w:tcBorders>
          </w:tcPr>
          <w:p w14:paraId="085B2C72" w14:textId="77777777" w:rsidR="00E64AB1" w:rsidRDefault="00000000">
            <w:r>
              <w:rPr>
                <w:i/>
                <w:sz w:val="18"/>
              </w:rPr>
              <w:t>Plats för svar</w:t>
            </w:r>
          </w:p>
        </w:tc>
      </w:tr>
    </w:tbl>
    <w:p w14:paraId="137D339B" w14:textId="77777777" w:rsidR="00E64AB1" w:rsidRDefault="00E64AB1">
      <w:pPr>
        <w:spacing w:after="20"/>
      </w:pPr>
    </w:p>
    <w:p w14:paraId="45318A83" w14:textId="77777777" w:rsidR="00E64AB1" w:rsidRDefault="00000000">
      <w:pPr>
        <w:spacing w:before="120" w:after="60"/>
      </w:pPr>
      <w:r>
        <w:rPr>
          <w:b/>
        </w:rPr>
        <w:t>Vilket resultat vill ni ha ut av testerna?</w:t>
      </w:r>
    </w:p>
    <w:tbl>
      <w:tblPr>
        <w:tblW w:w="0" w:type="auto"/>
        <w:jc w:val="center"/>
        <w:tblLayout w:type="fixed"/>
        <w:tblLook w:val="04A0" w:firstRow="1" w:lastRow="0" w:firstColumn="1" w:lastColumn="0" w:noHBand="0" w:noVBand="1"/>
      </w:tblPr>
      <w:tblGrid>
        <w:gridCol w:w="9354"/>
      </w:tblGrid>
      <w:tr w:rsidR="00E64AB1" w14:paraId="279C97FC" w14:textId="77777777">
        <w:trPr>
          <w:jc w:val="center"/>
        </w:trPr>
        <w:tc>
          <w:tcPr>
            <w:tcW w:w="9354" w:type="dxa"/>
            <w:tcBorders>
              <w:top w:val="single" w:sz="5" w:space="0" w:color="A6A6A6"/>
              <w:left w:val="single" w:sz="5" w:space="0" w:color="A6A6A6"/>
              <w:bottom w:val="single" w:sz="5" w:space="0" w:color="A6A6A6"/>
              <w:right w:val="single" w:sz="5" w:space="0" w:color="A6A6A6"/>
            </w:tcBorders>
          </w:tcPr>
          <w:p w14:paraId="189BAF31" w14:textId="77777777" w:rsidR="00E64AB1" w:rsidRDefault="00000000">
            <w:r>
              <w:rPr>
                <w:i/>
                <w:sz w:val="18"/>
              </w:rPr>
              <w:t>Plats för svar</w:t>
            </w:r>
          </w:p>
        </w:tc>
      </w:tr>
    </w:tbl>
    <w:p w14:paraId="3D7F6654" w14:textId="77777777" w:rsidR="00E64AB1" w:rsidRDefault="00E64AB1">
      <w:pPr>
        <w:spacing w:after="20"/>
      </w:pPr>
    </w:p>
    <w:p w14:paraId="5B857ECE" w14:textId="77777777" w:rsidR="00E64AB1" w:rsidRDefault="00000000">
      <w:pPr>
        <w:spacing w:before="120" w:after="60"/>
      </w:pPr>
      <w:r>
        <w:rPr>
          <w:b/>
        </w:rPr>
        <w:t>Om ni har behov av flera tester, ange prioriteringsordning:</w:t>
      </w:r>
    </w:p>
    <w:tbl>
      <w:tblPr>
        <w:tblW w:w="0" w:type="auto"/>
        <w:jc w:val="center"/>
        <w:tblLayout w:type="fixed"/>
        <w:tblLook w:val="04A0" w:firstRow="1" w:lastRow="0" w:firstColumn="1" w:lastColumn="0" w:noHBand="0" w:noVBand="1"/>
      </w:tblPr>
      <w:tblGrid>
        <w:gridCol w:w="9354"/>
      </w:tblGrid>
      <w:tr w:rsidR="00E64AB1" w14:paraId="62796CAA" w14:textId="77777777">
        <w:trPr>
          <w:jc w:val="center"/>
        </w:trPr>
        <w:tc>
          <w:tcPr>
            <w:tcW w:w="9354" w:type="dxa"/>
            <w:tcBorders>
              <w:top w:val="single" w:sz="5" w:space="0" w:color="A6A6A6"/>
              <w:left w:val="single" w:sz="5" w:space="0" w:color="A6A6A6"/>
              <w:bottom w:val="single" w:sz="5" w:space="0" w:color="A6A6A6"/>
              <w:right w:val="single" w:sz="5" w:space="0" w:color="A6A6A6"/>
            </w:tcBorders>
          </w:tcPr>
          <w:p w14:paraId="2B5E79F5" w14:textId="77777777" w:rsidR="00E64AB1" w:rsidRDefault="00000000">
            <w:r>
              <w:rPr>
                <w:i/>
                <w:sz w:val="18"/>
              </w:rPr>
              <w:t>Plats för svar</w:t>
            </w:r>
          </w:p>
        </w:tc>
      </w:tr>
    </w:tbl>
    <w:p w14:paraId="674AAC98" w14:textId="77777777" w:rsidR="00E64AB1" w:rsidRDefault="00E64AB1">
      <w:pPr>
        <w:spacing w:after="20"/>
      </w:pPr>
    </w:p>
    <w:p w14:paraId="36CC2035" w14:textId="77777777" w:rsidR="00E64AB1" w:rsidRDefault="00000000">
      <w:proofErr w:type="spellStart"/>
      <w:r>
        <w:rPr>
          <w:b/>
        </w:rPr>
        <w:t>Bilaga</w:t>
      </w:r>
      <w:proofErr w:type="spellEnd"/>
      <w:r>
        <w:rPr>
          <w:b/>
        </w:rPr>
        <w:t xml:space="preserve"> – </w:t>
      </w:r>
      <w:proofErr w:type="spellStart"/>
      <w:r>
        <w:rPr>
          <w:b/>
        </w:rPr>
        <w:t>färdigt</w:t>
      </w:r>
      <w:proofErr w:type="spellEnd"/>
      <w:r>
        <w:rPr>
          <w:b/>
        </w:rPr>
        <w:t xml:space="preserve"> </w:t>
      </w:r>
      <w:proofErr w:type="spellStart"/>
      <w:r>
        <w:rPr>
          <w:b/>
        </w:rPr>
        <w:t>testprotokoll</w:t>
      </w:r>
      <w:proofErr w:type="spellEnd"/>
      <w:r>
        <w:rPr>
          <w:b/>
        </w:rPr>
        <w:t xml:space="preserve">: </w:t>
      </w:r>
      <w:r>
        <w:t xml:space="preserve">☐ </w:t>
      </w:r>
      <w:proofErr w:type="spellStart"/>
      <w:r>
        <w:t>Bifogas</w:t>
      </w:r>
      <w:proofErr w:type="spellEnd"/>
    </w:p>
    <w:p w14:paraId="4E33F183" w14:textId="77777777" w:rsidR="00E970F7" w:rsidRDefault="00E970F7"/>
    <w:p w14:paraId="5529696B" w14:textId="77777777" w:rsidR="00E970F7" w:rsidRDefault="00E970F7"/>
    <w:p w14:paraId="044A0512" w14:textId="30BE17F9" w:rsidR="00E970F7" w:rsidRPr="00E970F7" w:rsidRDefault="00000000" w:rsidP="00E970F7">
      <w:pPr>
        <w:spacing w:before="280" w:after="100"/>
      </w:pPr>
      <w:r>
        <w:rPr>
          <w:b/>
          <w:sz w:val="28"/>
        </w:rPr>
        <w:lastRenderedPageBreak/>
        <w:t>5. Övrigt/kommentarer</w:t>
      </w:r>
    </w:p>
    <w:p w14:paraId="1E49D010" w14:textId="01786F14" w:rsidR="00E64AB1" w:rsidRDefault="00000000">
      <w:pPr>
        <w:spacing w:before="120" w:after="60"/>
      </w:pPr>
      <w:proofErr w:type="spellStart"/>
      <w:r>
        <w:rPr>
          <w:b/>
        </w:rPr>
        <w:t>Övriga</w:t>
      </w:r>
      <w:proofErr w:type="spellEnd"/>
      <w:r>
        <w:rPr>
          <w:b/>
        </w:rPr>
        <w:t xml:space="preserve"> </w:t>
      </w:r>
      <w:proofErr w:type="spellStart"/>
      <w:r>
        <w:rPr>
          <w:b/>
        </w:rPr>
        <w:t>kommentarer</w:t>
      </w:r>
      <w:proofErr w:type="spellEnd"/>
      <w:r>
        <w:rPr>
          <w:b/>
        </w:rPr>
        <w:t>:</w:t>
      </w:r>
    </w:p>
    <w:tbl>
      <w:tblPr>
        <w:tblW w:w="0" w:type="auto"/>
        <w:jc w:val="center"/>
        <w:tblLayout w:type="fixed"/>
        <w:tblLook w:val="04A0" w:firstRow="1" w:lastRow="0" w:firstColumn="1" w:lastColumn="0" w:noHBand="0" w:noVBand="1"/>
      </w:tblPr>
      <w:tblGrid>
        <w:gridCol w:w="9354"/>
      </w:tblGrid>
      <w:tr w:rsidR="00E64AB1" w14:paraId="246C6672" w14:textId="77777777">
        <w:trPr>
          <w:jc w:val="center"/>
        </w:trPr>
        <w:tc>
          <w:tcPr>
            <w:tcW w:w="9354" w:type="dxa"/>
            <w:tcBorders>
              <w:top w:val="single" w:sz="5" w:space="0" w:color="A6A6A6"/>
              <w:left w:val="single" w:sz="5" w:space="0" w:color="A6A6A6"/>
              <w:bottom w:val="single" w:sz="5" w:space="0" w:color="A6A6A6"/>
              <w:right w:val="single" w:sz="5" w:space="0" w:color="A6A6A6"/>
            </w:tcBorders>
          </w:tcPr>
          <w:p w14:paraId="10BFAD6A" w14:textId="77777777" w:rsidR="00E64AB1" w:rsidRDefault="00000000">
            <w:r>
              <w:rPr>
                <w:i/>
                <w:sz w:val="18"/>
              </w:rPr>
              <w:t>Plats för svar</w:t>
            </w:r>
          </w:p>
        </w:tc>
      </w:tr>
    </w:tbl>
    <w:p w14:paraId="6DA2D9F6" w14:textId="77777777" w:rsidR="00E64AB1" w:rsidRDefault="00E64AB1">
      <w:pPr>
        <w:spacing w:after="20"/>
      </w:pPr>
    </w:p>
    <w:p w14:paraId="3E42ADC3" w14:textId="77777777" w:rsidR="00E970F7" w:rsidRDefault="00E970F7">
      <w:pPr>
        <w:jc w:val="center"/>
        <w:rPr>
          <w:b/>
        </w:rPr>
      </w:pPr>
    </w:p>
    <w:p w14:paraId="66AA09D4" w14:textId="77777777" w:rsidR="00E970F7" w:rsidRDefault="00E970F7">
      <w:pPr>
        <w:jc w:val="center"/>
        <w:rPr>
          <w:b/>
        </w:rPr>
      </w:pPr>
    </w:p>
    <w:p w14:paraId="14B88F7C" w14:textId="1F10E83C" w:rsidR="00E64AB1" w:rsidRPr="00E970F7" w:rsidRDefault="00000000">
      <w:pPr>
        <w:jc w:val="center"/>
        <w:rPr>
          <w:b/>
          <w:sz w:val="30"/>
          <w:szCs w:val="30"/>
        </w:rPr>
      </w:pPr>
      <w:r w:rsidRPr="00E970F7">
        <w:rPr>
          <w:b/>
          <w:sz w:val="30"/>
          <w:szCs w:val="30"/>
        </w:rPr>
        <w:t xml:space="preserve">Tack för er </w:t>
      </w:r>
      <w:proofErr w:type="spellStart"/>
      <w:r w:rsidRPr="00E970F7">
        <w:rPr>
          <w:b/>
          <w:sz w:val="30"/>
          <w:szCs w:val="30"/>
        </w:rPr>
        <w:t>förfrågan</w:t>
      </w:r>
      <w:proofErr w:type="spellEnd"/>
      <w:r w:rsidRPr="00E970F7">
        <w:rPr>
          <w:b/>
          <w:sz w:val="30"/>
          <w:szCs w:val="30"/>
        </w:rPr>
        <w:t>.</w:t>
      </w:r>
    </w:p>
    <w:p w14:paraId="58F73FAF" w14:textId="77777777" w:rsidR="00716551" w:rsidRDefault="00716551">
      <w:pPr>
        <w:jc w:val="center"/>
        <w:rPr>
          <w:b/>
        </w:rPr>
      </w:pPr>
    </w:p>
    <w:p w14:paraId="2D5EC8AB" w14:textId="7C5D6CC1" w:rsidR="00716551" w:rsidRDefault="00716551">
      <w:pPr>
        <w:jc w:val="center"/>
      </w:pPr>
      <w:r>
        <w:rPr>
          <w:noProof/>
        </w:rPr>
        <w:drawing>
          <wp:inline distT="0" distB="0" distL="0" distR="0" wp14:anchorId="27222EB0" wp14:editId="10D00AA3">
            <wp:extent cx="5548794" cy="854580"/>
            <wp:effectExtent l="0" t="0" r="1270" b="0"/>
            <wp:docPr id="138980158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801589" name="Bildobjekt 1389801589"/>
                    <pic:cNvPicPr/>
                  </pic:nvPicPr>
                  <pic:blipFill>
                    <a:blip r:embed="rId9"/>
                    <a:stretch>
                      <a:fillRect/>
                    </a:stretch>
                  </pic:blipFill>
                  <pic:spPr>
                    <a:xfrm>
                      <a:off x="0" y="0"/>
                      <a:ext cx="5679563" cy="874720"/>
                    </a:xfrm>
                    <a:prstGeom prst="rect">
                      <a:avLst/>
                    </a:prstGeom>
                  </pic:spPr>
                </pic:pic>
              </a:graphicData>
            </a:graphic>
          </wp:inline>
        </w:drawing>
      </w:r>
    </w:p>
    <w:sectPr w:rsidR="00716551" w:rsidSect="00034616">
      <w:footerReference w:type="default" r:id="rId10"/>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1E651B" w14:textId="77777777" w:rsidR="008F58F1" w:rsidRDefault="008F58F1">
      <w:pPr>
        <w:spacing w:after="0" w:line="240" w:lineRule="auto"/>
      </w:pPr>
      <w:r>
        <w:separator/>
      </w:r>
    </w:p>
  </w:endnote>
  <w:endnote w:type="continuationSeparator" w:id="0">
    <w:p w14:paraId="16539FE3" w14:textId="77777777" w:rsidR="008F58F1" w:rsidRDefault="008F5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44E6F" w14:textId="41D253C9" w:rsidR="00E64AB1" w:rsidRDefault="00E64AB1">
    <w:pPr>
      <w:pStyle w:val="Sidfo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2E77DA" w14:textId="77777777" w:rsidR="008F58F1" w:rsidRDefault="008F58F1">
      <w:pPr>
        <w:spacing w:after="0" w:line="240" w:lineRule="auto"/>
      </w:pPr>
      <w:r>
        <w:separator/>
      </w:r>
    </w:p>
  </w:footnote>
  <w:footnote w:type="continuationSeparator" w:id="0">
    <w:p w14:paraId="6E8355BB" w14:textId="77777777" w:rsidR="008F58F1" w:rsidRDefault="008F58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num w:numId="1" w16cid:durableId="317807674">
    <w:abstractNumId w:val="8"/>
  </w:num>
  <w:num w:numId="2" w16cid:durableId="1522625656">
    <w:abstractNumId w:val="6"/>
  </w:num>
  <w:num w:numId="3" w16cid:durableId="177239998">
    <w:abstractNumId w:val="5"/>
  </w:num>
  <w:num w:numId="4" w16cid:durableId="1010260711">
    <w:abstractNumId w:val="4"/>
  </w:num>
  <w:num w:numId="5" w16cid:durableId="1199663814">
    <w:abstractNumId w:val="7"/>
  </w:num>
  <w:num w:numId="6" w16cid:durableId="2085684243">
    <w:abstractNumId w:val="3"/>
  </w:num>
  <w:num w:numId="7" w16cid:durableId="1419983379">
    <w:abstractNumId w:val="2"/>
  </w:num>
  <w:num w:numId="8" w16cid:durableId="78915919">
    <w:abstractNumId w:val="1"/>
  </w:num>
  <w:num w:numId="9" w16cid:durableId="46597598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6861"/>
    <w:rsid w:val="001442D6"/>
    <w:rsid w:val="0015074B"/>
    <w:rsid w:val="0029639D"/>
    <w:rsid w:val="00326F90"/>
    <w:rsid w:val="00480F55"/>
    <w:rsid w:val="00716551"/>
    <w:rsid w:val="00850834"/>
    <w:rsid w:val="008F58F1"/>
    <w:rsid w:val="009C421A"/>
    <w:rsid w:val="00AA1D8D"/>
    <w:rsid w:val="00B47730"/>
    <w:rsid w:val="00C3788B"/>
    <w:rsid w:val="00CB0664"/>
    <w:rsid w:val="00E64AB1"/>
    <w:rsid w:val="00E85E11"/>
    <w:rsid w:val="00E970F7"/>
    <w:rsid w:val="00F139A0"/>
    <w:rsid w:val="00F63A8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EFAB6F"/>
  <w14:defaultImageDpi w14:val="300"/>
  <w15:docId w15:val="{4D786E8A-E9C2-0C42-A81F-9C5192C34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Rubrik1">
    <w:name w:val="heading 1"/>
    <w:basedOn w:val="Normal"/>
    <w:next w:val="Normal"/>
    <w:link w:val="Rubri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212</Words>
  <Characters>1679</Characters>
  <Application>Microsoft Office Word</Application>
  <DocSecurity>0</DocSecurity>
  <Lines>67</Lines>
  <Paragraphs>52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Lovisa Demirci</cp:lastModifiedBy>
  <cp:revision>4</cp:revision>
  <dcterms:created xsi:type="dcterms:W3CDTF">2026-09-07T13:58:00Z</dcterms:created>
  <dcterms:modified xsi:type="dcterms:W3CDTF">2026-09-14T12:14:00Z</dcterms:modified>
  <cp:category/>
</cp:coreProperties>
</file>